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2B9B" w:rsidRPr="00321020" w:rsidRDefault="00AC319A">
      <w:pPr>
        <w:spacing w:after="360"/>
        <w:jc w:val="center"/>
        <w:rPr>
          <w:rFonts w:ascii="Times New Roman" w:hAnsi="Times New Roman" w:cs="Times New Roman"/>
          <w:color w:val="000000" w:themeColor="text1"/>
          <w:sz w:val="36"/>
          <w:szCs w:val="36"/>
          <w:lang w:val="ru-RU"/>
        </w:rPr>
      </w:pPr>
      <w:r w:rsidRPr="00321020">
        <w:rPr>
          <w:rFonts w:ascii="Times New Roman" w:hAnsi="Times New Roman" w:cs="Times New Roman"/>
          <w:b/>
          <w:color w:val="000000" w:themeColor="text1"/>
          <w:sz w:val="36"/>
          <w:szCs w:val="36"/>
          <w:lang w:val="ru-RU"/>
        </w:rPr>
        <w:t>ИЗВЕЩЕНИЕ</w:t>
      </w:r>
      <w:r w:rsidRPr="00321020">
        <w:rPr>
          <w:rFonts w:ascii="Times New Roman" w:hAnsi="Times New Roman" w:cs="Times New Roman"/>
          <w:b/>
          <w:color w:val="000000" w:themeColor="text1"/>
          <w:sz w:val="36"/>
          <w:szCs w:val="36"/>
          <w:lang w:val="ru-RU"/>
        </w:rPr>
        <w:br/>
        <w:t>о планируемом визите маломобильного гражданина</w:t>
      </w:r>
    </w:p>
    <w:p w:rsidR="00E82B9B" w:rsidRPr="00321020" w:rsidRDefault="00AC319A">
      <w:pPr>
        <w:spacing w:after="28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32102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Прошу организовать содействие, помощь и сопровождение при посещении АО «Коми дорожная компания» в соответствии со следующими параметрами визита: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4824"/>
        <w:gridCol w:w="4824"/>
      </w:tblGrid>
      <w:tr w:rsidR="00321020" w:rsidRPr="00321020" w:rsidTr="00F35B9B">
        <w:trPr>
          <w:trHeight w:val="597"/>
        </w:trPr>
        <w:tc>
          <w:tcPr>
            <w:tcW w:w="4824" w:type="dxa"/>
          </w:tcPr>
          <w:p w:rsidR="00E82B9B" w:rsidRPr="00321020" w:rsidRDefault="00AC319A" w:rsidP="00F35B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210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</w:t>
            </w:r>
            <w:proofErr w:type="spellEnd"/>
            <w:r w:rsidRPr="003210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210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планируемого</w:t>
            </w:r>
            <w:proofErr w:type="spellEnd"/>
            <w:r w:rsidRPr="003210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210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визита</w:t>
            </w:r>
            <w:proofErr w:type="spellEnd"/>
            <w:r w:rsidRPr="003210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4824" w:type="dxa"/>
          </w:tcPr>
          <w:p w:rsidR="00E82B9B" w:rsidRPr="00321020" w:rsidRDefault="00AC319A" w:rsidP="00F35B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0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«_____» _________________ 20___ г.</w:t>
            </w:r>
          </w:p>
        </w:tc>
      </w:tr>
      <w:tr w:rsidR="00321020" w:rsidRPr="00321020" w:rsidTr="00F35B9B">
        <w:trPr>
          <w:trHeight w:val="562"/>
        </w:trPr>
        <w:tc>
          <w:tcPr>
            <w:tcW w:w="4824" w:type="dxa"/>
          </w:tcPr>
          <w:p w:rsidR="00E82B9B" w:rsidRPr="00321020" w:rsidRDefault="00AC319A" w:rsidP="00F35B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210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Ориентировочное</w:t>
            </w:r>
            <w:proofErr w:type="spellEnd"/>
            <w:r w:rsidRPr="003210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210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время</w:t>
            </w:r>
            <w:proofErr w:type="spellEnd"/>
            <w:r w:rsidRPr="003210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210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приезда</w:t>
            </w:r>
            <w:proofErr w:type="spellEnd"/>
            <w:r w:rsidRPr="003210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4824" w:type="dxa"/>
          </w:tcPr>
          <w:p w:rsidR="00E82B9B" w:rsidRPr="00AC319A" w:rsidRDefault="00AC319A" w:rsidP="00F35B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210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 час. _____ мин.</w:t>
            </w:r>
          </w:p>
        </w:tc>
      </w:tr>
      <w:tr w:rsidR="00321020" w:rsidRPr="00321020" w:rsidTr="00F35B9B">
        <w:trPr>
          <w:trHeight w:val="556"/>
        </w:trPr>
        <w:tc>
          <w:tcPr>
            <w:tcW w:w="4824" w:type="dxa"/>
          </w:tcPr>
          <w:p w:rsidR="00E82B9B" w:rsidRPr="00321020" w:rsidRDefault="00AC319A" w:rsidP="00F35B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0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ФИО </w:t>
            </w:r>
            <w:proofErr w:type="spellStart"/>
            <w:r w:rsidRPr="003210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посетителя</w:t>
            </w:r>
            <w:proofErr w:type="spellEnd"/>
            <w:r w:rsidRPr="003210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3210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полностью</w:t>
            </w:r>
            <w:proofErr w:type="spellEnd"/>
            <w:r w:rsidRPr="003210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):</w:t>
            </w:r>
          </w:p>
        </w:tc>
        <w:tc>
          <w:tcPr>
            <w:tcW w:w="4824" w:type="dxa"/>
          </w:tcPr>
          <w:p w:rsidR="00E82B9B" w:rsidRPr="00321020" w:rsidRDefault="00E82B9B" w:rsidP="00F35B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21020" w:rsidRPr="00AA7BE9" w:rsidTr="00F35B9B">
        <w:tc>
          <w:tcPr>
            <w:tcW w:w="4824" w:type="dxa"/>
          </w:tcPr>
          <w:p w:rsidR="00E82B9B" w:rsidRPr="00321020" w:rsidRDefault="00AC319A" w:rsidP="00F35B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210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ФИО сопровождающего лица (при наличии):</w:t>
            </w:r>
          </w:p>
        </w:tc>
        <w:tc>
          <w:tcPr>
            <w:tcW w:w="4824" w:type="dxa"/>
          </w:tcPr>
          <w:p w:rsidR="00E82B9B" w:rsidRPr="00321020" w:rsidRDefault="00E82B9B" w:rsidP="00F35B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321020" w:rsidRPr="00321020" w:rsidTr="00F35B9B">
        <w:trPr>
          <w:trHeight w:val="559"/>
        </w:trPr>
        <w:tc>
          <w:tcPr>
            <w:tcW w:w="4824" w:type="dxa"/>
          </w:tcPr>
          <w:p w:rsidR="00E82B9B" w:rsidRPr="00321020" w:rsidRDefault="00AC319A" w:rsidP="00F35B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210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Цель визита:</w:t>
            </w:r>
          </w:p>
        </w:tc>
        <w:tc>
          <w:tcPr>
            <w:tcW w:w="4824" w:type="dxa"/>
          </w:tcPr>
          <w:p w:rsidR="00E82B9B" w:rsidRPr="00321020" w:rsidRDefault="00E82B9B" w:rsidP="00F35B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321020" w:rsidRPr="00321020" w:rsidTr="00F35B9B">
        <w:trPr>
          <w:trHeight w:val="566"/>
        </w:trPr>
        <w:tc>
          <w:tcPr>
            <w:tcW w:w="4824" w:type="dxa"/>
          </w:tcPr>
          <w:p w:rsidR="00E82B9B" w:rsidRPr="00321020" w:rsidRDefault="00C12FBA" w:rsidP="00F35B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210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К кому направляетесь:</w:t>
            </w:r>
          </w:p>
        </w:tc>
        <w:tc>
          <w:tcPr>
            <w:tcW w:w="4824" w:type="dxa"/>
          </w:tcPr>
          <w:p w:rsidR="00E82B9B" w:rsidRPr="00321020" w:rsidRDefault="00E82B9B" w:rsidP="00F35B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321020" w:rsidRPr="00AA7BE9" w:rsidTr="00F35B9B">
        <w:trPr>
          <w:trHeight w:val="547"/>
        </w:trPr>
        <w:tc>
          <w:tcPr>
            <w:tcW w:w="4824" w:type="dxa"/>
          </w:tcPr>
          <w:p w:rsidR="00E82B9B" w:rsidRPr="00321020" w:rsidRDefault="00AC319A" w:rsidP="00F35B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210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Контактный номер телефона для связи:</w:t>
            </w:r>
          </w:p>
        </w:tc>
        <w:tc>
          <w:tcPr>
            <w:tcW w:w="4824" w:type="dxa"/>
          </w:tcPr>
          <w:p w:rsidR="00E82B9B" w:rsidRPr="00321020" w:rsidRDefault="00E82B9B" w:rsidP="00F35B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</w:tbl>
    <w:p w:rsidR="00321020" w:rsidRDefault="00321020">
      <w:pPr>
        <w:spacing w:before="240" w:line="288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321020" w:rsidRDefault="00321020">
      <w:pPr>
        <w:spacing w:before="240" w:line="288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321020" w:rsidRDefault="00321020">
      <w:pPr>
        <w:spacing w:before="240" w:line="288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bookmarkStart w:id="0" w:name="_GoBack"/>
      <w:bookmarkEnd w:id="0"/>
    </w:p>
    <w:p w:rsidR="00321020" w:rsidRDefault="00321020">
      <w:pPr>
        <w:spacing w:before="240" w:line="288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E82B9B" w:rsidRPr="00321020" w:rsidRDefault="00AC319A">
      <w:pPr>
        <w:spacing w:before="24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321020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Памятка для отправки:</w:t>
      </w:r>
      <w:r w:rsidRPr="00321020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br/>
      </w:r>
      <w:r w:rsidRPr="0032102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Пожалуйста, направьте заполненный бланк извещения на электронный адрес </w:t>
      </w:r>
      <w:r w:rsidRPr="00321020">
        <w:rPr>
          <w:rFonts w:ascii="Times New Roman" w:hAnsi="Times New Roman" w:cs="Times New Roman"/>
          <w:color w:val="000000" w:themeColor="text1"/>
          <w:sz w:val="24"/>
          <w:szCs w:val="24"/>
        </w:rPr>
        <w:t>info</w:t>
      </w:r>
      <w:r w:rsidRPr="0032102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@</w:t>
      </w:r>
      <w:proofErr w:type="spellStart"/>
      <w:r w:rsidRPr="00321020">
        <w:rPr>
          <w:rFonts w:ascii="Times New Roman" w:hAnsi="Times New Roman" w:cs="Times New Roman"/>
          <w:color w:val="000000" w:themeColor="text1"/>
          <w:sz w:val="24"/>
          <w:szCs w:val="24"/>
        </w:rPr>
        <w:t>komidc</w:t>
      </w:r>
      <w:proofErr w:type="spellEnd"/>
      <w:r w:rsidRPr="0032102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  <w:proofErr w:type="spellStart"/>
      <w:r w:rsidRPr="00321020">
        <w:rPr>
          <w:rFonts w:ascii="Times New Roman" w:hAnsi="Times New Roman" w:cs="Times New Roman"/>
          <w:color w:val="000000" w:themeColor="text1"/>
          <w:sz w:val="24"/>
          <w:szCs w:val="24"/>
        </w:rPr>
        <w:t>ru</w:t>
      </w:r>
      <w:proofErr w:type="spellEnd"/>
      <w:r w:rsidRPr="0032102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не позднее чем за 24 часа до планируемого визита. В теме письма укажите: «Извещение о визите маломобильного гражданина». По любым вопросам координации вы можете обратиться по телефону: (8212) 28-79-00.</w:t>
      </w:r>
    </w:p>
    <w:sectPr w:rsidR="00E82B9B" w:rsidRPr="00321020" w:rsidSect="00034616">
      <w:pgSz w:w="12240" w:h="15840"/>
      <w:pgMar w:top="1152" w:right="1152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1020"/>
    <w:rsid w:val="00326F90"/>
    <w:rsid w:val="00693780"/>
    <w:rsid w:val="00AA1D8D"/>
    <w:rsid w:val="00AA7BE9"/>
    <w:rsid w:val="00AC319A"/>
    <w:rsid w:val="00B47730"/>
    <w:rsid w:val="00BE6D05"/>
    <w:rsid w:val="00C12FBA"/>
    <w:rsid w:val="00CB0664"/>
    <w:rsid w:val="00E82B9B"/>
    <w:rsid w:val="00F35B9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B12FED71-7CDB-4D50-899A-BFDA94C40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FC693F"/>
    <w:rPr>
      <w:rFonts w:ascii="Arial" w:hAnsi="Arial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E71A651-E141-463E-8C0E-8D7810E70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kdkadmin</cp:lastModifiedBy>
  <cp:revision>8</cp:revision>
  <dcterms:created xsi:type="dcterms:W3CDTF">2013-12-23T23:15:00Z</dcterms:created>
  <dcterms:modified xsi:type="dcterms:W3CDTF">2026-08-19T10:37:00Z</dcterms:modified>
  <cp:category/>
</cp:coreProperties>
</file>